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Zustand prüfen, Potenzial erkennen: Checkliste für die Holzbau-Voranfrage</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Welches Holzbau-Projekt passt zu meinem Haus und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39holzbau.de/index.html" TargetMode="External"/><Relationship Id="rId10" Type="http://schemas.openxmlformats.org/officeDocument/2006/relationships/hyperlink" Target="https://dream.039holzbau.de/paket-e236c06bc13543e4bf2b1869998c60fe/welches-holzbau-projekt-passt-zu-meinem-haus-und-grundst-ck-9a9876e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